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3507" w14:textId="37F31EDB" w:rsidR="007C3318" w:rsidRPr="009F6CAE" w:rsidRDefault="007C3318">
      <w:pPr>
        <w:jc w:val="center"/>
        <w:rPr>
          <w:rFonts w:ascii="Aptos Display" w:hAnsi="Aptos Display"/>
          <w:b/>
          <w:sz w:val="48"/>
        </w:rPr>
      </w:pPr>
      <w:r w:rsidRPr="009F6CAE">
        <w:rPr>
          <w:rFonts w:ascii="Aptos Display" w:hAnsi="Aptos Display"/>
          <w:b/>
          <w:noProof/>
          <w:sz w:val="48"/>
        </w:rPr>
        <w:drawing>
          <wp:inline distT="0" distB="0" distL="0" distR="0" wp14:anchorId="2C3EF92F" wp14:editId="0BCAEE03">
            <wp:extent cx="1548518" cy="658425"/>
            <wp:effectExtent l="0" t="0" r="0" b="8890"/>
            <wp:docPr id="47784029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840290" name="Grafik 4778402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8518" cy="6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9F572" w14:textId="4445E02F" w:rsidR="00CD48AF" w:rsidRPr="009F6CAE" w:rsidRDefault="00440AB5">
      <w:pPr>
        <w:jc w:val="center"/>
      </w:pPr>
      <w:r w:rsidRPr="009F6CAE">
        <w:rPr>
          <w:rFonts w:ascii="Aptos Display" w:hAnsi="Aptos Display"/>
          <w:b/>
          <w:sz w:val="48"/>
        </w:rPr>
        <w:t>ELTERNVEREIN</w:t>
      </w:r>
    </w:p>
    <w:p w14:paraId="4B69F845" w14:textId="77777777" w:rsidR="00CD48AF" w:rsidRPr="009F6CAE" w:rsidRDefault="00440AB5">
      <w:pPr>
        <w:jc w:val="center"/>
      </w:pPr>
      <w:r w:rsidRPr="009F6CAE">
        <w:rPr>
          <w:b/>
          <w:sz w:val="28"/>
        </w:rPr>
        <w:t>der Pflichtschulen St. Stefan ob Stainz</w:t>
      </w:r>
    </w:p>
    <w:p w14:paraId="3B665173" w14:textId="77777777" w:rsidR="00CD48AF" w:rsidRPr="009F6CAE" w:rsidRDefault="00440AB5">
      <w:pPr>
        <w:jc w:val="center"/>
      </w:pPr>
      <w:r w:rsidRPr="009F6CAE">
        <w:rPr>
          <w:b/>
          <w:sz w:val="34"/>
        </w:rPr>
        <w:t>BEITRITTSERKLÄRUNG</w:t>
      </w:r>
    </w:p>
    <w:p w14:paraId="5F4F6F35" w14:textId="133109DA" w:rsidR="00CD48AF" w:rsidRPr="009F6CAE" w:rsidRDefault="00440AB5">
      <w:pPr>
        <w:jc w:val="center"/>
        <w:rPr>
          <w:sz w:val="22"/>
          <w:szCs w:val="24"/>
          <w:u w:val="single"/>
        </w:rPr>
      </w:pPr>
      <w:r w:rsidRPr="009F6CAE">
        <w:rPr>
          <w:i/>
          <w:sz w:val="22"/>
          <w:szCs w:val="24"/>
          <w:u w:val="single"/>
        </w:rPr>
        <w:t>Gemeinsam für unsere Kinder. Gemeinsam für unsere Schule.</w:t>
      </w:r>
    </w:p>
    <w:p w14:paraId="056A3A92" w14:textId="60B23641" w:rsidR="00CD48AF" w:rsidRPr="009F6CAE" w:rsidRDefault="00440AB5">
      <w:pPr>
        <w:pBdr>
          <w:bottom w:val="single" w:sz="14" w:space="1" w:color="777777"/>
        </w:pBdr>
        <w:spacing w:after="60"/>
      </w:pPr>
      <w:r w:rsidRPr="009F6CAE">
        <w:rPr>
          <w:sz w:val="4"/>
        </w:rPr>
        <w:t xml:space="preserve"> </w:t>
      </w:r>
    </w:p>
    <w:p w14:paraId="57559F3F" w14:textId="77777777" w:rsidR="00CD48AF" w:rsidRPr="009F6CAE" w:rsidRDefault="00440AB5">
      <w:pPr>
        <w:spacing w:after="140"/>
      </w:pPr>
      <w:r w:rsidRPr="009F6CAE">
        <w:rPr>
          <w:b/>
        </w:rPr>
        <w:t>An den</w:t>
      </w:r>
      <w:r w:rsidRPr="009F6CAE">
        <w:rPr>
          <w:b/>
        </w:rPr>
        <w:br/>
      </w:r>
      <w:r w:rsidRPr="009F6CAE">
        <w:t>Elternverein der Pflichtschulen St. Stefan ob Stainz</w:t>
      </w:r>
      <w:r w:rsidRPr="009F6CAE">
        <w:br/>
        <w:t>8511 St. Stefan ob Stainz</w:t>
      </w:r>
    </w:p>
    <w:p w14:paraId="0ACB142C" w14:textId="16550FBB" w:rsidR="00CD48AF" w:rsidRPr="009F6CAE" w:rsidRDefault="00440AB5">
      <w:pPr>
        <w:spacing w:after="160"/>
      </w:pPr>
      <w:r w:rsidRPr="009F6CAE">
        <w:t xml:space="preserve">Ich erkläre hiermit meinen Beitritt zum Verein </w:t>
      </w:r>
      <w:r w:rsidRPr="009F6CAE">
        <w:rPr>
          <w:b/>
        </w:rPr>
        <w:t>„Elternverein der Pflichtschulen St. Stefan ob Stainz“</w:t>
      </w:r>
      <w:r w:rsidRPr="009F6CAE">
        <w:t>.</w:t>
      </w:r>
      <w:r w:rsidRPr="009F6CAE">
        <w:br/>
        <w:t>Mit meiner Mitgliedschaft unterstütze ich die Arbeit des Elternvereins und damit unsere Kinder und die Schulgemeinschaft.</w:t>
      </w:r>
    </w:p>
    <w:p w14:paraId="09AAE350" w14:textId="273BF0FC" w:rsidR="007C3318" w:rsidRPr="009F6CAE" w:rsidRDefault="009F6CAE">
      <w:pPr>
        <w:spacing w:after="160"/>
      </w:pPr>
      <w:r w:rsidRPr="009F6CA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F3B211" wp14:editId="7994C332">
                <wp:simplePos x="0" y="0"/>
                <wp:positionH relativeFrom="column">
                  <wp:posOffset>3197225</wp:posOffset>
                </wp:positionH>
                <wp:positionV relativeFrom="paragraph">
                  <wp:posOffset>22860</wp:posOffset>
                </wp:positionV>
                <wp:extent cx="142875" cy="133350"/>
                <wp:effectExtent l="57150" t="19050" r="28575" b="95250"/>
                <wp:wrapNone/>
                <wp:docPr id="1106959438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231FC9" id="Ellipse 2" o:spid="_x0000_s1026" style="position:absolute;margin-left:251.75pt;margin-top:1.8pt;width:11.2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" fillcolor="window" strokecolor="#4a7ebb">
                <v:shadow on="t" color="black" opacity="22937f" origin=",.5" offset="0,.63889mm"/>
              </v:oval>
            </w:pict>
          </mc:Fallback>
        </mc:AlternateContent>
      </w:r>
      <w:r w:rsidRPr="009F6CA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48B96F" wp14:editId="12C42728">
                <wp:simplePos x="0" y="0"/>
                <wp:positionH relativeFrom="column">
                  <wp:posOffset>2035175</wp:posOffset>
                </wp:positionH>
                <wp:positionV relativeFrom="paragraph">
                  <wp:posOffset>13335</wp:posOffset>
                </wp:positionV>
                <wp:extent cx="142875" cy="133350"/>
                <wp:effectExtent l="57150" t="19050" r="28575" b="95250"/>
                <wp:wrapNone/>
                <wp:docPr id="1800181484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F95AD65" id="Ellipse 2" o:spid="_x0000_s1026" style="position:absolute;margin-left:160.25pt;margin-top:1.05pt;width:11.25pt;height:10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" fillcolor="white [3212]" strokecolor="#4579b8 [3044]">
                <v:shadow on="t" color="black" opacity="22937f" origin=",.5" offset="0,.63889mm"/>
              </v:oval>
            </w:pict>
          </mc:Fallback>
        </mc:AlternateContent>
      </w:r>
      <w:r w:rsidR="007C3318" w:rsidRPr="009F6CAE">
        <w:rPr>
          <w:b/>
          <w:bCs/>
        </w:rPr>
        <w:t>Schule</w:t>
      </w:r>
      <w:r w:rsidR="007C3318" w:rsidRPr="009F6CAE">
        <w:t xml:space="preserve"> ihres Kindes: V</w:t>
      </w:r>
      <w:r w:rsidRPr="009F6CAE">
        <w:t>olksschule</w:t>
      </w:r>
      <w:r w:rsidR="007C3318" w:rsidRPr="009F6CAE">
        <w:t xml:space="preserve">                 </w:t>
      </w:r>
      <w:r w:rsidRPr="009F6CAE">
        <w:t>Mittelschule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D48AF" w:rsidRPr="009F6CAE" w14:paraId="23D23883" w14:textId="77777777">
        <w:trPr>
          <w:jc w:val="center"/>
        </w:trPr>
        <w:tc>
          <w:tcPr>
            <w:tcW w:w="10200" w:type="dxa"/>
            <w:tcBorders>
              <w:bottom w:val="single" w:sz="6" w:space="0" w:color="A6A6A6"/>
            </w:tcBorders>
            <w:vAlign w:val="center"/>
          </w:tcPr>
          <w:p w14:paraId="2BD19F1F" w14:textId="0D4A72EC" w:rsidR="009F6CAE" w:rsidRPr="009F6CAE" w:rsidRDefault="00440AB5">
            <w:r w:rsidRPr="009F6CAE">
              <w:t>Zuname, Vorname des Kindes</w:t>
            </w:r>
            <w:r w:rsidR="007C3318" w:rsidRPr="009F6CAE">
              <w:t>, Klasse</w:t>
            </w:r>
            <w:r w:rsidRPr="009F6CAE">
              <w:t xml:space="preserve">:   </w:t>
            </w:r>
          </w:p>
        </w:tc>
      </w:tr>
      <w:tr w:rsidR="00CD48AF" w:rsidRPr="009F6CAE" w14:paraId="60E8B348" w14:textId="77777777">
        <w:trPr>
          <w:jc w:val="center"/>
        </w:trPr>
        <w:tc>
          <w:tcPr>
            <w:tcW w:w="10200" w:type="dxa"/>
            <w:tcBorders>
              <w:bottom w:val="single" w:sz="6" w:space="0" w:color="A6A6A6"/>
            </w:tcBorders>
            <w:vAlign w:val="center"/>
          </w:tcPr>
          <w:p w14:paraId="52CEC1AC" w14:textId="7C277A28" w:rsidR="007C3318" w:rsidRPr="009F6CAE" w:rsidRDefault="00440AB5">
            <w:r w:rsidRPr="009F6CAE">
              <w:t xml:space="preserve">Zuname, Vorname, akad. Grad, Elternteil:   </w:t>
            </w:r>
          </w:p>
        </w:tc>
      </w:tr>
      <w:tr w:rsidR="00CD48AF" w:rsidRPr="009F6CAE" w14:paraId="67690CB1" w14:textId="77777777">
        <w:trPr>
          <w:jc w:val="center"/>
        </w:trPr>
        <w:tc>
          <w:tcPr>
            <w:tcW w:w="10200" w:type="dxa"/>
            <w:tcBorders>
              <w:bottom w:val="single" w:sz="6" w:space="0" w:color="A6A6A6"/>
            </w:tcBorders>
            <w:vAlign w:val="center"/>
          </w:tcPr>
          <w:p w14:paraId="74733A64" w14:textId="77777777" w:rsidR="00CD48AF" w:rsidRPr="009F6CAE" w:rsidRDefault="00440AB5">
            <w:r w:rsidRPr="009F6CAE">
              <w:t>Adresse (Straße, Nr.):</w:t>
            </w:r>
          </w:p>
          <w:p w14:paraId="5A32BC27" w14:textId="0340F594" w:rsidR="007C3318" w:rsidRPr="009F6CAE" w:rsidRDefault="007C3318"/>
        </w:tc>
      </w:tr>
      <w:tr w:rsidR="00CD48AF" w:rsidRPr="009F6CAE" w14:paraId="06328905" w14:textId="77777777">
        <w:trPr>
          <w:jc w:val="center"/>
        </w:trPr>
        <w:tc>
          <w:tcPr>
            <w:tcW w:w="10200" w:type="dxa"/>
            <w:tcBorders>
              <w:bottom w:val="single" w:sz="6" w:space="0" w:color="A6A6A6"/>
            </w:tcBorders>
            <w:vAlign w:val="center"/>
          </w:tcPr>
          <w:p w14:paraId="4418CB0D" w14:textId="028A70D2" w:rsidR="00CD48AF" w:rsidRPr="009F6CAE" w:rsidRDefault="00440AB5">
            <w:r w:rsidRPr="009F6CAE">
              <w:t>Postleitzahl</w:t>
            </w:r>
            <w:r w:rsidR="009F6CAE" w:rsidRPr="009F6CAE">
              <w:t>:</w:t>
            </w:r>
          </w:p>
        </w:tc>
      </w:tr>
    </w:tbl>
    <w:p w14:paraId="5BBF2961" w14:textId="4757D205" w:rsidR="00CD48AF" w:rsidRPr="009F6CAE" w:rsidRDefault="00CD48AF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D48AF" w:rsidRPr="009F6CAE" w14:paraId="5E6294B7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60A7" w14:textId="77777777" w:rsidR="00CD48AF" w:rsidRPr="009F6CAE" w:rsidRDefault="00440AB5">
            <w:r w:rsidRPr="009F6CAE">
              <w:t>Tel. Nr.: ______________________________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FCE85" w14:textId="6A124975" w:rsidR="00CD48AF" w:rsidRPr="009F6CAE" w:rsidRDefault="00440AB5">
            <w:r w:rsidRPr="009F6CAE">
              <w:t>E-Mail: __________________________________</w:t>
            </w:r>
          </w:p>
        </w:tc>
      </w:tr>
      <w:tr w:rsidR="00CD48AF" w:rsidRPr="009F6CAE" w14:paraId="551218D5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00681" w14:textId="77777777" w:rsidR="00CD48AF" w:rsidRPr="009F6CAE" w:rsidRDefault="00440AB5">
            <w:r w:rsidRPr="009F6CAE">
              <w:t>Bankverbindung: ________________________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6240F" w14:textId="77777777" w:rsidR="00CD48AF" w:rsidRPr="009F6CAE" w:rsidRDefault="00440AB5">
            <w:r w:rsidRPr="009F6CAE">
              <w:t>_____</w:t>
            </w:r>
            <w:r w:rsidRPr="009F6CAE">
              <w:t>____________________________________</w:t>
            </w:r>
          </w:p>
        </w:tc>
      </w:tr>
      <w:tr w:rsidR="009F6CAE" w:rsidRPr="009F6CAE" w14:paraId="4BB5173D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3A489" w14:textId="77777777" w:rsidR="009F6CAE" w:rsidRPr="009F6CAE" w:rsidRDefault="009F6CAE"/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CE45" w14:textId="77777777" w:rsidR="009F6CAE" w:rsidRPr="009F6CAE" w:rsidRDefault="009F6CAE"/>
        </w:tc>
      </w:tr>
      <w:tr w:rsidR="0054745E" w:rsidRPr="009F6CAE" w14:paraId="640B72F8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A5A9" w14:textId="77777777" w:rsidR="0054745E" w:rsidRPr="009F6CAE" w:rsidRDefault="0054745E"/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8E80F" w14:textId="77777777" w:rsidR="0054745E" w:rsidRPr="009F6CAE" w:rsidRDefault="0054745E"/>
        </w:tc>
      </w:tr>
    </w:tbl>
    <w:p w14:paraId="324F84DD" w14:textId="77777777" w:rsidR="00CD48AF" w:rsidRPr="009F6CAE" w:rsidRDefault="00440AB5">
      <w:pPr>
        <w:spacing w:before="200" w:after="80"/>
      </w:pPr>
      <w:r w:rsidRPr="009F6CAE">
        <w:rPr>
          <w:b/>
          <w:sz w:val="24"/>
        </w:rPr>
        <w:t>Mitgliedschaft</w:t>
      </w:r>
    </w:p>
    <w:p w14:paraId="2FA8D1D3" w14:textId="78797606" w:rsidR="00CD48AF" w:rsidRPr="009F6CAE" w:rsidRDefault="009F6CAE">
      <w:pPr>
        <w:spacing w:after="140"/>
      </w:pPr>
      <w:r w:rsidRPr="009F6CAE">
        <w:rPr>
          <w:noProof/>
        </w:rPr>
        <w:drawing>
          <wp:anchor distT="0" distB="0" distL="114300" distR="114300" simplePos="0" relativeHeight="251673600" behindDoc="0" locked="0" layoutInCell="1" allowOverlap="1" wp14:anchorId="5B7C4DF7" wp14:editId="34DB43E9">
            <wp:simplePos x="0" y="0"/>
            <wp:positionH relativeFrom="column">
              <wp:posOffset>5175250</wp:posOffset>
            </wp:positionH>
            <wp:positionV relativeFrom="paragraph">
              <wp:posOffset>433070</wp:posOffset>
            </wp:positionV>
            <wp:extent cx="927100" cy="927100"/>
            <wp:effectExtent l="0" t="0" r="6350" b="6350"/>
            <wp:wrapNone/>
            <wp:docPr id="167519797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97979" name="Grafik 16751979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6CAE">
        <w:t xml:space="preserve">Der Mitgliedsbeitrag beträgt </w:t>
      </w:r>
      <w:r w:rsidRPr="009F6CAE">
        <w:rPr>
          <w:b/>
        </w:rPr>
        <w:t>€ 12,00 pro Schuljahr</w:t>
      </w:r>
      <w:r w:rsidRPr="009F6CAE">
        <w:t>. Mit Ihrem Beitrag unterstützen Sie die vielfältigen Aktivitäten und Projekte des Elternvereins zugunsten unserer Schülerinnen und Schüler.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D48AF" w:rsidRPr="009F6CAE" w14:paraId="55B0E134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666B0" w14:textId="143137AE" w:rsidR="00CD48AF" w:rsidRPr="009F6CAE" w:rsidRDefault="00CD48AF">
            <w:pPr>
              <w:jc w:val="center"/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6261" w14:textId="4439CCFA" w:rsidR="00CD48AF" w:rsidRPr="009F6CAE" w:rsidRDefault="00CD48AF">
            <w:pPr>
              <w:jc w:val="center"/>
            </w:pPr>
          </w:p>
        </w:tc>
      </w:tr>
      <w:tr w:rsidR="00CD48AF" w:rsidRPr="009F6CAE" w14:paraId="04F141A4" w14:textId="77777777">
        <w:trPr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7DBC6A0B" w14:textId="77777777" w:rsidR="00CD48AF" w:rsidRPr="009F6CAE" w:rsidRDefault="00440AB5">
            <w:pPr>
              <w:jc w:val="center"/>
            </w:pPr>
            <w:r w:rsidRPr="009F6CAE">
              <w:rPr>
                <w:i/>
                <w:sz w:val="18"/>
              </w:rPr>
              <w:t>Unterschrift des eintretenden Mitgliedes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403D2640" w14:textId="3AAC1238" w:rsidR="00CD48AF" w:rsidRPr="009F6CAE" w:rsidRDefault="00440AB5" w:rsidP="009F6CAE">
            <w:r w:rsidRPr="009F6CAE">
              <w:rPr>
                <w:i/>
                <w:sz w:val="18"/>
              </w:rPr>
              <w:t>Ort, Datum</w:t>
            </w:r>
          </w:p>
        </w:tc>
      </w:tr>
    </w:tbl>
    <w:p w14:paraId="366FE2A2" w14:textId="7D4967C2" w:rsidR="00CD48AF" w:rsidRDefault="007C3318">
      <w:pPr>
        <w:spacing w:before="200"/>
        <w:jc w:val="center"/>
      </w:pPr>
      <w:r w:rsidRPr="009F6CAE">
        <w:rPr>
          <w:b/>
          <w:sz w:val="22"/>
        </w:rPr>
        <w:t>Gleich Sca</w:t>
      </w:r>
      <w:r w:rsidR="009F6CAE" w:rsidRPr="009F6CAE">
        <w:rPr>
          <w:b/>
          <w:sz w:val="22"/>
        </w:rPr>
        <w:t>n</w:t>
      </w:r>
      <w:r w:rsidRPr="009F6CAE">
        <w:rPr>
          <w:b/>
          <w:sz w:val="22"/>
        </w:rPr>
        <w:t xml:space="preserve">nen </w:t>
      </w:r>
      <w:proofErr w:type="gramStart"/>
      <w:r w:rsidRPr="009F6CAE">
        <w:rPr>
          <w:b/>
          <w:sz w:val="22"/>
        </w:rPr>
        <w:t>&amp;  Mitgliedsbeitrag</w:t>
      </w:r>
      <w:proofErr w:type="gramEnd"/>
      <w:r w:rsidRPr="009F6CAE">
        <w:rPr>
          <w:b/>
          <w:sz w:val="22"/>
        </w:rPr>
        <w:t xml:space="preserve"> bezahlen!  </w:t>
      </w:r>
    </w:p>
    <w:sectPr w:rsidR="00CD48AF" w:rsidSect="007C3318">
      <w:pgSz w:w="12240" w:h="15840"/>
      <w:pgMar w:top="794" w:right="1020" w:bottom="14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5141621">
    <w:abstractNumId w:val="8"/>
  </w:num>
  <w:num w:numId="2" w16cid:durableId="1798642504">
    <w:abstractNumId w:val="6"/>
  </w:num>
  <w:num w:numId="3" w16cid:durableId="1831096891">
    <w:abstractNumId w:val="5"/>
  </w:num>
  <w:num w:numId="4" w16cid:durableId="892740459">
    <w:abstractNumId w:val="4"/>
  </w:num>
  <w:num w:numId="5" w16cid:durableId="974219563">
    <w:abstractNumId w:val="7"/>
  </w:num>
  <w:num w:numId="6" w16cid:durableId="937327060">
    <w:abstractNumId w:val="3"/>
  </w:num>
  <w:num w:numId="7" w16cid:durableId="105732160">
    <w:abstractNumId w:val="2"/>
  </w:num>
  <w:num w:numId="8" w16cid:durableId="1145658525">
    <w:abstractNumId w:val="1"/>
  </w:num>
  <w:num w:numId="9" w16cid:durableId="167244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745E"/>
    <w:rsid w:val="007C3318"/>
    <w:rsid w:val="00814F29"/>
    <w:rsid w:val="009F6CAE"/>
    <w:rsid w:val="00AA1D8D"/>
    <w:rsid w:val="00B47730"/>
    <w:rsid w:val="00CB0664"/>
    <w:rsid w:val="00CD48AF"/>
    <w:rsid w:val="00F40D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6751F"/>
  <w14:defaultImageDpi w14:val="300"/>
  <w15:docId w15:val="{D6922EF1-226D-4C6A-988E-E6BE7D96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21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Krainerhof</cp:lastModifiedBy>
  <cp:revision>2</cp:revision>
  <cp:lastPrinted>2026-09-10T10:02:00Z</cp:lastPrinted>
  <dcterms:created xsi:type="dcterms:W3CDTF">2026-09-11T09:11:00Z</dcterms:created>
  <dcterms:modified xsi:type="dcterms:W3CDTF">2026-09-11T09:11:00Z</dcterms:modified>
  <cp:category/>
</cp:coreProperties>
</file>